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מבנה הסיפור העממי – דף תרגול</w:t>
      </w:r>
    </w:p>
    <w:p>
      <w:pPr>
        <w:bidi/>
        <w:jc w:val="right"/>
      </w:pPr>
      <w:r>
        <w:rPr>
          <w:rFonts w:ascii="Arial" w:hAnsi="Arial" w:cs="Arial"/>
          <w:b w:val="0"/>
          <w:color w:val="555555"/>
          <w:rtl/>
        </w:rPr>
        <w:t>שלבי סיפור העם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המספרים לפי סדר השורות: 5 · 1 · 4 · 6 · 2 · 3 · 7</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2: 1–א ("היה היה...") · 2–ב (שלושה) · 3–א (הן מקבלות גמול) · 4–ב (אין מחבר ידוע – הסיפור עבר מפה לאוזן) · 5–ב (שטוחות: טובה מול רעה, חכם מול טיפש)</w:t>
      </w:r>
    </w:p>
    <w:p>
      <w:pPr>
        <w:bidi/>
        <w:spacing w:after="60"/>
        <w:jc w:val="right"/>
      </w:pPr>
      <w:r>
        <w:rPr>
          <w:rFonts w:ascii="Arial" w:hAnsi="Arial" w:cs="Arial"/>
          <w:b w:val="0"/>
          <w:rtl/>
        </w:rPr>
        <w:t>תרגיל 3: תשובות פתוחות: לבדוק התאמה ונימוק מן היצירות.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4: מבנה שלם לפי השלבים, דמויות שטוחות, חזרה משולשת ומוסר השכל ברור.</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לטבלה (חלק ב׳) – תקציר "מסע העני שחיפש את מזלו" לבדיקה: עני שאינו מצליח בדבר יוצא לחפש את מזלו. בדרך הוא פוגש זאב רעב, איכר עמל על אדמת טרשים ומפקד של חיילים מובסים, וכולם מבקשים שישאל גם על מזלם. בעיר קסומה אומרת לו נערה שמזלו מחכה שם, ונותנת תשובות לשלושתם. בדרך חזרה מתברר שהמפקד היא נסיכה שרוצה להינשא לו, והאיכר מציע לו שותפות בזהב – והוא דוחה את שתי ההצעות כי הוא ממהר אל "המזל הגדול". לבסוף הוא מוסר לזאב שעליו לאכול אדם טיפש, והזאב מבין שהטיפש הוא הוא עצמו.</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מבנה הסיפור העממי – דף תרגול</w:t>
      </w:r>
    </w:p>
    <w:p>
      <w:pPr>
        <w:bidi/>
        <w:jc w:val="right"/>
      </w:pPr>
      <w:r>
        <w:rPr>
          <w:rFonts w:ascii="Arial" w:hAnsi="Arial" w:cs="Arial"/>
          <w:b w:val="0"/>
          <w:color w:val="555555"/>
          <w:rtl/>
        </w:rPr>
        <w:t>שלבי סיפור העם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מספרו את שלבי סיפור העם לפי הסדר הנכון (1 = הראשון).</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מספר</w:t>
            </w:r>
          </w:p>
        </w:tc>
        <w:tc>
          <w:tcPr>
            <w:tcW w:type="dxa" w:w="5159"/>
          </w:tcPr>
          <w:p>
            <w:pPr>
              <w:bidi/>
              <w:jc w:val="right"/>
            </w:pPr>
            <w:r>
              <w:rPr>
                <w:rFonts w:ascii="Arial" w:hAnsi="Arial" w:cs="Arial"/>
                <w:b/>
                <w:bCs/>
                <w:rtl/>
              </w:rPr>
              <w:t>שלב</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הפתרון: חוכמה, טוב לב או עזרה מפתיעה</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פתיחה: "היה היה..." – זמן ומקום לא מדויקים</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ניסיונות חוזרים – לרוב שלוש פעמים</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הסוף: גמול לטובים ועונש לרעים</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הצגת הדמויות: דמויות שטוחות, טובה מול רעה, חכם מול טיפש</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הבעיה או המשימה: מחסור, חידה או מבחן</w:t>
            </w:r>
          </w:p>
        </w:tc>
      </w:tr>
      <w:tr>
        <w:tc>
          <w:tcPr>
            <w:tcW w:type="dxa" w:w="5159"/>
          </w:tcPr>
          <w:p>
            <w:pPr>
              <w:bidi/>
              <w:jc w:val="right"/>
            </w:pPr>
            <w:r>
              <w:rPr>
                <w:rFonts w:ascii="Arial" w:hAnsi="Arial" w:cs="Arial"/>
                <w:b w:val="0"/>
                <w:rtl/>
              </w:rPr>
            </w:r>
          </w:p>
        </w:tc>
        <w:tc>
          <w:tcPr>
            <w:tcW w:type="dxa" w:w="5159"/>
          </w:tcPr>
          <w:p>
            <w:pPr>
              <w:bidi/>
              <w:jc w:val="right"/>
            </w:pPr>
            <w:r>
              <w:rPr>
                <w:rFonts w:ascii="Arial" w:hAnsi="Arial" w:cs="Arial"/>
                <w:b w:val="0"/>
                <w:rtl/>
              </w:rPr>
              <w:t>מוסר ההשכל: מה למדנו</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2. הקיפו את התשובה הנכונה.</w:t>
      </w:r>
    </w:p>
    <w:p>
      <w:pPr>
        <w:bidi/>
        <w:jc w:val="right"/>
      </w:pPr>
      <w:r>
        <w:rPr>
          <w:rFonts w:ascii="Arial" w:hAnsi="Arial" w:cs="Arial"/>
          <w:b w:val="0"/>
          <w:rtl/>
        </w:rPr>
        <w:t>1) איך נפתח לרוב סיפור עם?</w:t>
      </w:r>
    </w:p>
    <w:p>
      <w:pPr>
        <w:bidi/>
        <w:spacing w:after="120"/>
        <w:jc w:val="right"/>
      </w:pPr>
      <w:r>
        <w:rPr>
          <w:rFonts w:ascii="Arial" w:hAnsi="Arial" w:cs="Arial"/>
          <w:b w:val="0"/>
          <w:rtl/>
        </w:rPr>
        <w:t xml:space="preserve">     א. "היה היה..."     ב. בתאריך מדויק     ג. בשם של סופר     ד. בשאלה למורה</w:t>
      </w:r>
    </w:p>
    <w:p>
      <w:pPr>
        <w:bidi/>
        <w:jc w:val="right"/>
      </w:pPr>
      <w:r>
        <w:rPr>
          <w:rFonts w:ascii="Arial" w:hAnsi="Arial" w:cs="Arial"/>
          <w:b w:val="0"/>
          <w:rtl/>
        </w:rPr>
        <w:t>2) כמה ניסיונות חוזרים יש לרוב בסיפור עם?</w:t>
      </w:r>
    </w:p>
    <w:p>
      <w:pPr>
        <w:bidi/>
        <w:spacing w:after="120"/>
        <w:jc w:val="right"/>
      </w:pPr>
      <w:r>
        <w:rPr>
          <w:rFonts w:ascii="Arial" w:hAnsi="Arial" w:cs="Arial"/>
          <w:b w:val="0"/>
          <w:rtl/>
        </w:rPr>
        <w:t xml:space="preserve">     א. אחד     ב. שלושה     ג. עשרה     ד. אין ניסיונות</w:t>
      </w:r>
    </w:p>
    <w:p>
      <w:pPr>
        <w:bidi/>
        <w:jc w:val="right"/>
      </w:pPr>
      <w:r>
        <w:rPr>
          <w:rFonts w:ascii="Arial" w:hAnsi="Arial" w:cs="Arial"/>
          <w:b w:val="0"/>
          <w:rtl/>
        </w:rPr>
        <w:t>3) מה קורה בדרך כלל לדמויות הטובות בסוף?</w:t>
      </w:r>
    </w:p>
    <w:p>
      <w:pPr>
        <w:bidi/>
        <w:spacing w:after="120"/>
        <w:jc w:val="right"/>
      </w:pPr>
      <w:r>
        <w:rPr>
          <w:rFonts w:ascii="Arial" w:hAnsi="Arial" w:cs="Arial"/>
          <w:b w:val="0"/>
          <w:rtl/>
        </w:rPr>
        <w:t xml:space="preserve">     א. הן מקבלות גמול     ב. הן נענשות     ג. הן נעלמות     ד. לא קורה כלום</w:t>
      </w:r>
    </w:p>
    <w:p>
      <w:pPr>
        <w:bidi/>
        <w:jc w:val="right"/>
      </w:pPr>
      <w:r>
        <w:rPr>
          <w:rFonts w:ascii="Arial" w:hAnsi="Arial" w:cs="Arial"/>
          <w:b w:val="0"/>
          <w:rtl/>
        </w:rPr>
        <w:t>4) מי חיבר את סיפור העם?</w:t>
      </w:r>
    </w:p>
    <w:p>
      <w:pPr>
        <w:bidi/>
        <w:spacing w:after="120"/>
        <w:jc w:val="right"/>
      </w:pPr>
      <w:r>
        <w:rPr>
          <w:rFonts w:ascii="Arial" w:hAnsi="Arial" w:cs="Arial"/>
          <w:b w:val="0"/>
          <w:rtl/>
        </w:rPr>
        <w:t xml:space="preserve">     א. סופר ידוע אחד     ב. אין מחבר ידוע – הסיפור עבר מפה לאוזן     ג. המורה     ד. עיתון</w:t>
      </w:r>
    </w:p>
    <w:p>
      <w:pPr>
        <w:bidi/>
        <w:jc w:val="right"/>
      </w:pPr>
      <w:r>
        <w:rPr>
          <w:rFonts w:ascii="Arial" w:hAnsi="Arial" w:cs="Arial"/>
          <w:b w:val="0"/>
          <w:rtl/>
        </w:rPr>
        <w:t>5) איך הן הדמויות בסיפור עם?</w:t>
      </w:r>
    </w:p>
    <w:p>
      <w:pPr>
        <w:bidi/>
        <w:spacing w:after="120"/>
        <w:jc w:val="right"/>
      </w:pPr>
      <w:r>
        <w:rPr>
          <w:rFonts w:ascii="Arial" w:hAnsi="Arial" w:cs="Arial"/>
          <w:b w:val="0"/>
          <w:rtl/>
        </w:rPr>
        <w:t xml:space="preserve">     א. מורכבות מאוד     ב. שטוחות: טובה מול רעה, חכם מול טיפש     ג. תמיד בעלי חיים     ד. אין דמויות</w:t>
      </w:r>
    </w:p>
    <w:p>
      <w:pPr>
        <w:bidi/>
        <w:jc w:val="right"/>
      </w:pPr>
      <w:r>
        <w:rPr>
          <w:rFonts w:ascii="Arial" w:hAnsi="Arial" w:cs="Arial"/>
          <w:b/>
          <w:bCs/>
          <w:color w:val="0F6E74"/>
          <w:rtl/>
        </w:rPr>
        <w:t>3. מצאו את השלבים בסיפור "מסע העני שחיפש את מזלו": כתבו מה קורה בכל שלב.</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שלב</w:t>
            </w:r>
          </w:p>
        </w:tc>
        <w:tc>
          <w:tcPr>
            <w:tcW w:type="dxa" w:w="5159"/>
          </w:tcPr>
          <w:p>
            <w:pPr>
              <w:bidi/>
              <w:jc w:val="right"/>
            </w:pPr>
            <w:r>
              <w:rPr>
                <w:rFonts w:ascii="Arial" w:hAnsi="Arial" w:cs="Arial"/>
                <w:b/>
                <w:bCs/>
                <w:rtl/>
              </w:rPr>
              <w:t>מה קורה בסיפור</w:t>
            </w:r>
          </w:p>
        </w:tc>
      </w:tr>
      <w:tr>
        <w:trPr>
          <w:trHeight w:val="793" w:hRule="atLeast"/>
        </w:trPr>
        <w:tc>
          <w:tcPr>
            <w:tcW w:type="dxa" w:w="5159"/>
          </w:tcPr>
          <w:p>
            <w:pPr>
              <w:bidi/>
              <w:jc w:val="right"/>
            </w:pPr>
            <w:r>
              <w:rPr>
                <w:rFonts w:ascii="Arial" w:hAnsi="Arial" w:cs="Arial"/>
                <w:b w:val="0"/>
                <w:rtl/>
              </w:rPr>
              <w:t>פתיחה</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הצגת הדמויות</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הבעיה או המשימה</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ניסיונות חוזרים – לרוב שלוש פעמים</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הפתרון</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הסוף</w:t>
            </w:r>
          </w:p>
        </w:tc>
        <w:tc>
          <w:tcPr>
            <w:tcW w:type="dxa" w:w="5159"/>
          </w:tcPr>
          <w:p>
            <w:pPr>
              <w:bidi/>
              <w:jc w:val="right"/>
            </w:pPr>
            <w:r>
              <w:rPr>
                <w:rFonts w:ascii="Arial" w:hAnsi="Arial" w:cs="Arial"/>
                <w:b w:val="0"/>
                <w:rtl/>
              </w:rPr>
            </w:r>
          </w:p>
        </w:tc>
      </w:tr>
      <w:tr>
        <w:trPr>
          <w:trHeight w:val="793" w:hRule="atLeast"/>
        </w:trPr>
        <w:tc>
          <w:tcPr>
            <w:tcW w:type="dxa" w:w="5159"/>
          </w:tcPr>
          <w:p>
            <w:pPr>
              <w:bidi/>
              <w:jc w:val="right"/>
            </w:pPr>
            <w:r>
              <w:rPr>
                <w:rFonts w:ascii="Arial" w:hAnsi="Arial" w:cs="Arial"/>
                <w:b w:val="0"/>
                <w:rtl/>
              </w:rPr>
              <w:t>מוסר ההשכל</w:t>
            </w:r>
          </w:p>
        </w:tc>
        <w:tc>
          <w:tcPr>
            <w:tcW w:type="dxa" w:w="515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 xml:space="preserve">4. </w:t>
      </w:r>
    </w:p>
    <w:p>
      <w:pPr>
        <w:bidi/>
        <w:jc w:val="right"/>
      </w:pPr>
      <w:r>
        <w:rPr>
          <w:rFonts w:ascii="Arial" w:hAnsi="Arial" w:cs="Arial"/>
          <w:b w:val="0"/>
          <w:rtl/>
        </w:rPr>
        <w:t>כתבו סיפור עם קצר משלכם לפי שבעת השלבים (פתיחה, דמויות, בעיה, שלושה ניסיונות, פתרון, סוף, מוסר השכל).</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מבנה הסיפור העממי – דף תרגול · שם: ______________</w:t>
      </w:r>
    </w:p>
    <w:p>
      <w:pPr>
        <w:bidi/>
        <w:jc w:val="right"/>
      </w:pPr>
      <w:r>
        <w:rPr>
          <w:rFonts w:ascii="Arial" w:hAnsi="Arial" w:cs="Arial"/>
          <w:b w:val="0"/>
          <w:rtl/>
        </w:rPr>
        <w:t>1) שאלה אחת שהייתם מוסיפים למשחק:</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היה הכי קשה,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למדתם על יצירה אחת?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