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רגיל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מהדורה למורה – מיון כלים ספרותיים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דוגמאות מן היצירות לפי הכלי הספרותי · גרסת רגיל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1–סמל · 2–ניגוד · 3–חריזה · 4–מספר · 5–אירוניה · 6–דימוי · 7–דמות · 8–תפנית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ב׳ – מושגים וכלים ספרותיים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· 2–ב · 3–ד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תשובות – חלק ג׳ – חשיבה וכתיבה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דימוי עם מילת השוואה (כמו/כ־); האנשה – תכונה אנושית לדבר שאינו אדם; חזרה – מילה או משפט שחוזרים.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6"/>
          <w:szCs w:val="26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רגיל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מיון כלים ספרותיים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דוגמאות מן היצירות לפי הכלי הספרותי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לכל דוגמה מן היצירות – כתבו איזה כלי ספרותי מופיע בה. היעזרו במחסן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דמות   |   מספר   |   חריזה   |   תפנית   |   סמל   |   דימוי   |   ניגוד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: לורליי וסירוק השיער בזהב מסמלים יופי ופיתוי מסוכנים. (לורליי)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: האור הזהוב והשקט של הערב מול הסכנה הנסתרת בסלעים ובמים. (לורליי)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: השיר בנוי בבתים קצרים עם חריזה ומשקל קבועים, ולכן נשמע כמו שיר עם שאפשר לשיר. (לורליי)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: מספר בגוף ראשון – ילד. הוא תמים, אבל דרכו אנחנו מבינים יותר ממה שהוא עצמו אומר. (בעיני ילד)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5) ______ : המצבה מהללת את הדוד כאדם טוב ונדיב, אף שכל הסיפור הראה אותו קפדן ומפחיד. (בעיני ילד)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6) ______ : מרים-רייזל המובכת 'לוהטת כמו גג קש שאחזה בו הלהבה' – דימוי מוגזם ומצחיק שמראה את הבושה. (בעיני ילד)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7) ______ : אנה – נערה סקרנית, כנה, מצחיקה ורגישה, שמתבגרת לאורך היומן. (קטעים מיומנה של נערה)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8) ______ : הכתובת על המעטפה היא רגע התפנית שבו הקורא מבין את הסוף. (ואנקה)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ב׳ – מושגים וכלים ספרותיים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כל מונח להגדרה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הגדרה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האנשה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מבעד לעיניים של מי אנחנו רואים את האירועים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דיאלוג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שיחה בין דמויות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מטפורה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מתן תכונות של בני אדם לדבר שאינו אדם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נקודת תצפית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השוואה בלי מילת השוואה: דבר אחד נאמר כאילו הוא דבר אחר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חלק ג׳ – חשיבה וכתיבה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דוגמה משלכם לכל אחד מהכלים: דימוי, האנשה, חזרה.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0"/>
          <w:szCs w:val="30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מיון כלים ספרותיים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שהייתם מוסיפים למשחק: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הכי קשה, ולמה?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למדתם על יצירה אחת?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