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מיון כלים ספרותיים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דוגמאות מן היצירות לפי הכלי הספרותי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1–מספר · 2–אירוניה · 3–דימוי · 4–סמל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1–ב · 2–א · 3–ג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דימוי עם מילת השוואה (כמו/כ־); האנשה – תכונה אנושית לדבר שאינו אדם; חזרה – מילה או משפט שחוזרים.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מיון כלים ספרותיים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דוגמאות מן היצירות לפי הכלי הספרותי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אמצעי ספרותי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כלי שהכותב/ת משתמש/ת בו כדי לכתוב יפה וחזק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מונח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מילה מיוחדת של המקצוע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דוגמה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משהו שמראה את הרעיון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לכל דוגמה מן היצירות – כתבו איזה כלי ספרותי מופיע בה. היעזרו במחסן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אירוניה   |   דימוי   |   מספר   |   סמל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: מספר בגוף ראשון – ילד. הוא תמים, אבל דרכו אנחנו מבינים יותר ממה שהוא עצמו אומר. (בעיני ילד)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: המצבה מהללת את הדוד כאדם טוב ונדיב, אף שכל הסיפור הראה אותו קפדן ומפחיד. (בעיני ילד)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3) ______ : מרים-רייזל המובכת 'לוהטת כמו גג קש שאחזה בו הלהבה' – דימוי מוגזם ומצחיק שמראה את הבושה. (בעיני ילד)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4) ______ : העיר הקסומה מסמלת חלום של עושר בלי מאמץ; הזאב מסמל את התוצאה של עיוורון לחיים האמיתיים. (מסע העני שחיפש את מזלו)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התאימו כל מונח להגדרה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מונח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הגדרה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ניגוד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מבעד לעיניים של מי אנחנו רואים את האירועים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נקודת תצפית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העמדה זה מול זה של דברים הפוכים כדי להבליט אותם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אדם, בעל חיים או יצור שפועל ביצירה; לדמות יש תכונות, רצונות ומניעים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כתבו דוגמה משלכם לכל אחד מהכלים: דימוי, האנשה, חזרה.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מיון כלים ספרותיים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שעניתי נכון: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קשה לי?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