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1–דיאלוג · 2–ניגוד · 3–אירוניה · 4–חריזה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1–ב · 2–א · 3–ג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דימוי עם מילת השוואה (כמו/כ־); האנשה – תכונה אנושית לדבר שאינו אדם; חזרה – מילה או משפט שחוזרים.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מיון כלים ספרותיים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דוגמאות מן היצירות לפי הכלי הספרותי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לכל דוגמה מן היצירות – כתבו איזה כלי ספרותי מופיע בה.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דיאלוג   |   חריזה   |   אירוניה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: הבלדה כולה שיחה בין בת לאם, בלי מספר, כמו בבלדות העממיות. (בת הרב ואמה)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: התלהבות הבת מול חרדת האם; יופי הזהב והרקמה מול הגורל המר. (בת הרב ואמה)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: מי שכינו אותו חסר מזל ומגושם הוא דווקא זה שמגלה אומץ שאחרים לא גילו. (אליפלט)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: השיר מתחרז וקצבי (מדוע–איך, מוזר–שר), כמו שיר זמר. (אליפלט)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דימוי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הקול שמספר את הסיפור; יכול להיות דמות בסיפור (גוף ראשון) או קול מחוץ לסיפור (גוף שלישי)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מספר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בין שני דברים בעזרת מילת השוואה: כמו, כ־, דומה ל־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מטפורה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בלי מילת השוואה: דבר אחד נאמר כאילו הוא דבר אחר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כתבו דוגמה משלכם לכל אחד מהכלים: דימוי, האנשה, חזרה.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מיון כלים ספרותיים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